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Client Waiver &amp; Informed Consent Form</w:t>
      </w:r>
    </w:p>
    <w:p/>
    <w:p>
      <w:r>
        <w:t>Client Waiver &amp; Informed Consent Form</w:t>
      </w:r>
    </w:p>
    <w:p/>
    <w:p>
      <w:r>
        <w:t>This form is designed for yoga teachers, Ayurvedic practitioners, Reiki practitioners, meditation guides, and holistic wellness professionals. Please customize with your name and business details.</w:t>
      </w:r>
    </w:p>
    <w:p/>
    <w:p>
      <w:r>
        <w:t>---</w:t>
      </w:r>
    </w:p>
    <w:p/>
    <w:p>
      <w:r>
        <w:t>1. Client Information</w:t>
      </w:r>
    </w:p>
    <w:p>
      <w:r>
        <w:t>Name:</w:t>
      </w:r>
    </w:p>
    <w:p>
      <w:r>
        <w:t>Phone:</w:t>
      </w:r>
    </w:p>
    <w:p>
      <w:r>
        <w:t>Email:</w:t>
      </w:r>
    </w:p>
    <w:p>
      <w:r>
        <w:t>Emergency Contact:</w:t>
      </w:r>
    </w:p>
    <w:p/>
    <w:p>
      <w:r>
        <w:t>---</w:t>
      </w:r>
    </w:p>
    <w:p/>
    <w:p>
      <w:r>
        <w:t>2. Nature of Services</w:t>
      </w:r>
    </w:p>
    <w:p>
      <w:r>
        <w:t>I understand that the services I receive may include yoga instruction, breathwork, meditation guidance, Ayurvedic lifestyle consultation, Reiki, or other holistic wellness modalities. I understand these services are non-medical and are not intended to diagnose, treat, or cure disease.</w:t>
      </w:r>
    </w:p>
    <w:p/>
    <w:p>
      <w:r>
        <w:t>---</w:t>
      </w:r>
    </w:p>
    <w:p/>
    <w:p>
      <w:r>
        <w:t>3. Scope of Practice</w:t>
      </w:r>
    </w:p>
    <w:p>
      <w:r>
        <w:t>I understand that the practitioner is not a licensed medical doctor, psychotherapist, chiropractor, physical therapist, or massage therapist (unless otherwise stated). No medical diagnosis, treatment, pharmaceuticals, or promises of outcomes are offered.</w:t>
      </w:r>
    </w:p>
    <w:p/>
    <w:p>
      <w:r>
        <w:t>---</w:t>
      </w:r>
    </w:p>
    <w:p/>
    <w:p>
      <w:r>
        <w:t>4. Touch Consent (Choose One)</w:t>
      </w:r>
    </w:p>
    <w:p>
      <w:r>
        <w:t>[ ] I CONSENT to light, optional, non-therapeutic touch or adjustments.</w:t>
      </w:r>
    </w:p>
    <w:p>
      <w:r>
        <w:t>[ ] I DO NOT CONSENT to any form of physical touch.</w:t>
      </w:r>
    </w:p>
    <w:p/>
    <w:p>
      <w:r>
        <w:t>I may change or revoke my consent at any time verbally or in writing.</w:t>
      </w:r>
    </w:p>
    <w:p/>
    <w:p>
      <w:r>
        <w:t>---</w:t>
      </w:r>
    </w:p>
    <w:p/>
    <w:p>
      <w:r>
        <w:t>5. Risks &amp; Responsibilities</w:t>
      </w:r>
    </w:p>
    <w:p>
      <w:r>
        <w:t>I understand that:</w:t>
      </w:r>
    </w:p>
    <w:p>
      <w:r>
        <w:t xml:space="preserve">• Yoga, breathwork, and movement may involve physical exertion.  </w:t>
      </w:r>
    </w:p>
    <w:p>
      <w:r>
        <w:t xml:space="preserve">• Reiki and energy work may involve light touch.  </w:t>
      </w:r>
    </w:p>
    <w:p>
      <w:r>
        <w:t xml:space="preserve">• Ayurvedic consultations may include dietary or lifestyle suggestions.  </w:t>
      </w:r>
    </w:p>
    <w:p>
      <w:r>
        <w:t xml:space="preserve">• I am responsible for monitoring my own body and health.  </w:t>
      </w:r>
    </w:p>
    <w:p>
      <w:r>
        <w:t xml:space="preserve">• I will inform the practitioner of any injuries, medical conditions, or discomfort.  </w:t>
      </w:r>
    </w:p>
    <w:p/>
    <w:p>
      <w:r>
        <w:t>I agree to stop any practice that feels unsafe or uncomfortable.</w:t>
      </w:r>
    </w:p>
    <w:p/>
    <w:p>
      <w:r>
        <w:t>---</w:t>
      </w:r>
    </w:p>
    <w:p/>
    <w:p>
      <w:r>
        <w:t>6. Liability Release</w:t>
      </w:r>
    </w:p>
    <w:p>
      <w:r>
        <w:t>I release the practitioner from liability for:</w:t>
      </w:r>
    </w:p>
    <w:p>
      <w:r>
        <w:t xml:space="preserve">• Accidental injury  </w:t>
      </w:r>
    </w:p>
    <w:p>
      <w:r>
        <w:t xml:space="preserve">• Aggravation of existing conditions  </w:t>
      </w:r>
    </w:p>
    <w:p>
      <w:r>
        <w:t xml:space="preserve">• Emotional discomfort  </w:t>
      </w:r>
    </w:p>
    <w:p>
      <w:r>
        <w:t xml:space="preserve">• Any misunderstanding of the services provided  </w:t>
      </w:r>
    </w:p>
    <w:p/>
    <w:p>
      <w:r>
        <w:t>I agree that I am participating voluntarily and assume all risk.</w:t>
      </w:r>
    </w:p>
    <w:p/>
    <w:p>
      <w:r>
        <w:t>---</w:t>
      </w:r>
    </w:p>
    <w:p/>
    <w:p>
      <w:r>
        <w:t>7. Confidentiality</w:t>
      </w:r>
    </w:p>
    <w:p>
      <w:r>
        <w:t>All personal information shared will remain confidential except where disclosure is required by law.</w:t>
      </w:r>
    </w:p>
    <w:p/>
    <w:p>
      <w:r>
        <w:t>---</w:t>
      </w:r>
    </w:p>
    <w:p/>
    <w:p>
      <w:r>
        <w:t>8. Cancellation Policy</w:t>
      </w:r>
    </w:p>
    <w:p>
      <w:r>
        <w:t>(Practitioner may edit this section.)</w:t>
      </w:r>
    </w:p>
    <w:p/>
    <w:p>
      <w:r>
        <w:t>---</w:t>
      </w:r>
    </w:p>
    <w:p/>
    <w:p>
      <w:r>
        <w:t>9. Consent &amp; Signature</w:t>
      </w:r>
    </w:p>
    <w:p>
      <w:r>
        <w:t>By signing below, I confirm I have read and understood this form. I agree to participate under these conditions.</w:t>
      </w:r>
    </w:p>
    <w:p/>
    <w:p>
      <w:r>
        <w:t>Client Signature: ________________________</w:t>
      </w:r>
    </w:p>
    <w:p>
      <w:r>
        <w:t>Date: _______________</w:t>
      </w:r>
    </w:p>
    <w:p/>
    <w:p>
      <w:r>
        <w:t>Practitioner Signature: ___________________</w:t>
      </w:r>
    </w:p>
    <w:p>
      <w:r>
        <w:t>Date: 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